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91B19" w14:textId="77777777" w:rsidR="000A1D32" w:rsidRDefault="00000000">
      <w:pPr>
        <w:spacing w:after="200"/>
      </w:pPr>
      <w:r>
        <w:rPr>
          <w:noProof/>
        </w:rPr>
        <w:drawing>
          <wp:inline distT="0" distB="0" distL="0" distR="0" wp14:anchorId="2E9A7624" wp14:editId="76B315B9">
            <wp:extent cx="1188720" cy="5963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59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38DF" w14:textId="77777777" w:rsidR="000A1D32" w:rsidRDefault="00000000">
      <w:pPr>
        <w:spacing w:after="40"/>
        <w:rPr>
          <w:lang w:eastAsia="zh-TW"/>
        </w:rPr>
      </w:pPr>
      <w:r>
        <w:rPr>
          <w:b/>
          <w:sz w:val="34"/>
          <w:lang w:eastAsia="zh-TW"/>
        </w:rPr>
        <w:t>【全職】聯發科技教育基金會 專員</w:t>
      </w:r>
    </w:p>
    <w:p w14:paraId="7E0F6B9F" w14:textId="77777777" w:rsidR="000A1D32" w:rsidRDefault="00000000">
      <w:pPr>
        <w:pBdr>
          <w:bottom w:val="single" w:sz="6" w:space="6" w:color="C55A11"/>
        </w:pBdr>
        <w:spacing w:after="280"/>
        <w:rPr>
          <w:lang w:eastAsia="zh-TW"/>
        </w:rPr>
      </w:pPr>
      <w:r>
        <w:rPr>
          <w:b/>
          <w:color w:val="C55A11"/>
          <w:sz w:val="27"/>
          <w:lang w:eastAsia="zh-TW"/>
        </w:rPr>
        <w:t>AI 教育推廣</w:t>
      </w:r>
    </w:p>
    <w:p w14:paraId="30A09DD6" w14:textId="77777777" w:rsidR="000A1D32" w:rsidRDefault="00000000">
      <w:pPr>
        <w:rPr>
          <w:lang w:eastAsia="zh-TW"/>
        </w:rPr>
      </w:pPr>
      <w:r>
        <w:rPr>
          <w:b/>
          <w:lang w:eastAsia="zh-TW"/>
        </w:rPr>
        <w:t>我們在找一位「把 AI 帶進校園」的推手，歡迎提出申請!</w:t>
      </w:r>
    </w:p>
    <w:p w14:paraId="1CD3FAE1" w14:textId="77777777" w:rsidR="000A1D32" w:rsidRDefault="00000000" w:rsidP="00A57292">
      <w:pPr>
        <w:spacing w:line="240" w:lineRule="auto"/>
        <w:rPr>
          <w:lang w:eastAsia="zh-TW"/>
        </w:rPr>
      </w:pPr>
      <w:r>
        <w:rPr>
          <w:lang w:eastAsia="zh-TW"/>
        </w:rPr>
        <w:t>聯發科技教育基金會的價值主張是「</w:t>
      </w:r>
      <w:r>
        <w:rPr>
          <w:b/>
          <w:lang w:eastAsia="zh-TW"/>
        </w:rPr>
        <w:t>以知識驅動更好的未來</w:t>
      </w:r>
      <w:r>
        <w:rPr>
          <w:lang w:eastAsia="zh-TW"/>
        </w:rPr>
        <w:t>」。由「知識的普及」到「知識與科技的創新應用」，與社會共享科技創新所帶來的好處，讓更多人受惠於科技普及所帶來的機會，驅動更美好的未來。基金會聚焦三大行動主軸，包含「科技人才扎根」、「社會創新」以及「公益及社會參與」，長期推動具有社會影響力的專案。</w:t>
      </w:r>
    </w:p>
    <w:p w14:paraId="0B4C3EF1" w14:textId="61EC450B" w:rsidR="000A1D32" w:rsidRDefault="00000000" w:rsidP="00A57292">
      <w:pPr>
        <w:spacing w:line="240" w:lineRule="auto"/>
        <w:rPr>
          <w:lang w:eastAsia="zh-TW"/>
        </w:rPr>
      </w:pPr>
      <w:r>
        <w:rPr>
          <w:lang w:eastAsia="zh-TW"/>
        </w:rPr>
        <w:t>生成式 AI 正在快速改寫學習與教學的樣貌。基金會相信，第一線有熱情的教師，是科技扎根的關鍵</w:t>
      </w:r>
      <w:r w:rsidR="006537EF">
        <w:rPr>
          <w:rFonts w:hint="eastAsia"/>
          <w:lang w:eastAsia="zh-TW"/>
        </w:rPr>
        <w:t>，</w:t>
      </w:r>
      <w:r>
        <w:rPr>
          <w:lang w:eastAsia="zh-TW"/>
        </w:rPr>
        <w:t>但教師往往缺乏時間、資源與同</w:t>
      </w:r>
      <w:r w:rsidR="00EC0785">
        <w:rPr>
          <w:rFonts w:hint="eastAsia"/>
          <w:lang w:eastAsia="zh-TW"/>
        </w:rPr>
        <w:t>儕</w:t>
      </w:r>
      <w:r>
        <w:rPr>
          <w:lang w:eastAsia="zh-TW"/>
        </w:rPr>
        <w:t>支持去嘗試新技術。因此我們持續投入教師端的 AI 與科技教育推廣：開發教學應用案例、設計培訓內容、提供試錯的空間與陪伴，讓校園能與時代接軌。</w:t>
      </w:r>
    </w:p>
    <w:p w14:paraId="071755AE" w14:textId="3A7E7A45" w:rsidR="000A1D32" w:rsidRDefault="00000000" w:rsidP="00A57292">
      <w:pPr>
        <w:spacing w:line="240" w:lineRule="auto"/>
        <w:rPr>
          <w:lang w:eastAsia="zh-TW"/>
        </w:rPr>
      </w:pPr>
      <w:r>
        <w:rPr>
          <w:lang w:eastAsia="zh-TW"/>
        </w:rPr>
        <w:t>這個職務是這條路線的主要推動者。你將負責規劃並執行 AI 教育推廣專案，從理解教學現場的需求開始，設計方案、落地執行、檢驗成效。</w:t>
      </w:r>
    </w:p>
    <w:p w14:paraId="253EBB8B" w14:textId="77777777" w:rsidR="000A1D32" w:rsidRDefault="00000000" w:rsidP="00A57292">
      <w:pPr>
        <w:spacing w:line="240" w:lineRule="auto"/>
        <w:rPr>
          <w:lang w:eastAsia="zh-TW"/>
        </w:rPr>
      </w:pPr>
      <w:r>
        <w:rPr>
          <w:lang w:eastAsia="zh-TW"/>
        </w:rPr>
        <w:t>基金會是扁平的小型組織，每一位夥伴都是獨當一面的戰將，依據各自負責的專案，尋求影響力最大化的行動方案。你會需要頻繁地與第一線教師、專業講師、產業與學界夥伴互動合作，在教育現場尋求真實回饋，確保影響力的落實。同時，每一位夥伴也都以開放態度彼此給予回饋與激盪，共同建構在「以知識驅動更好的未來」價值主張上的成果。</w:t>
      </w:r>
    </w:p>
    <w:p w14:paraId="72AD9A56" w14:textId="77777777" w:rsidR="000A1D32" w:rsidRDefault="00000000">
      <w:pPr>
        <w:spacing w:before="220" w:after="80"/>
        <w:rPr>
          <w:lang w:eastAsia="zh-TW"/>
        </w:rPr>
      </w:pPr>
      <w:r>
        <w:rPr>
          <w:b/>
          <w:color w:val="C55A11"/>
          <w:sz w:val="25"/>
          <w:lang w:eastAsia="zh-TW"/>
        </w:rPr>
        <w:t>學經歷</w:t>
      </w:r>
    </w:p>
    <w:p w14:paraId="0906C317" w14:textId="02E01ECE" w:rsidR="000A1D32" w:rsidRDefault="00000000" w:rsidP="006537EF">
      <w:pPr>
        <w:spacing w:after="100" w:line="240" w:lineRule="auto"/>
        <w:ind w:left="460" w:hanging="318"/>
        <w:rPr>
          <w:lang w:eastAsia="zh-TW"/>
        </w:rPr>
      </w:pPr>
      <w:r>
        <w:rPr>
          <w:lang w:eastAsia="zh-TW"/>
        </w:rPr>
        <w:t>• 大學以上，</w:t>
      </w:r>
      <w:r w:rsidR="006537EF">
        <w:rPr>
          <w:rFonts w:hint="eastAsia"/>
          <w:lang w:eastAsia="zh-TW"/>
        </w:rPr>
        <w:t>5</w:t>
      </w:r>
      <w:r>
        <w:rPr>
          <w:lang w:eastAsia="zh-TW"/>
        </w:rPr>
        <w:t xml:space="preserve"> 年以上工作經驗</w:t>
      </w:r>
    </w:p>
    <w:p w14:paraId="637707EB" w14:textId="47636930" w:rsidR="000A1D32" w:rsidRDefault="00000000" w:rsidP="006537EF">
      <w:pPr>
        <w:spacing w:after="100" w:line="240" w:lineRule="auto"/>
        <w:ind w:left="460" w:hanging="318"/>
        <w:rPr>
          <w:lang w:eastAsia="zh-TW"/>
        </w:rPr>
      </w:pPr>
      <w:r>
        <w:rPr>
          <w:lang w:eastAsia="zh-TW"/>
        </w:rPr>
        <w:t>• 2 年以上企畫、專案執行</w:t>
      </w:r>
      <w:r w:rsidR="00DE05A5">
        <w:rPr>
          <w:rFonts w:hint="eastAsia"/>
          <w:lang w:eastAsia="zh-TW"/>
        </w:rPr>
        <w:t>或專案管理</w:t>
      </w:r>
      <w:r>
        <w:rPr>
          <w:lang w:eastAsia="zh-TW"/>
        </w:rPr>
        <w:t>經驗</w:t>
      </w:r>
    </w:p>
    <w:p w14:paraId="6877B5E9" w14:textId="6B0A7CF4" w:rsidR="000A1D32" w:rsidRDefault="00000000" w:rsidP="006537EF">
      <w:pPr>
        <w:spacing w:after="100" w:line="240" w:lineRule="auto"/>
        <w:ind w:left="460" w:hanging="318"/>
        <w:rPr>
          <w:lang w:eastAsia="zh-TW"/>
        </w:rPr>
      </w:pPr>
      <w:r>
        <w:rPr>
          <w:lang w:eastAsia="zh-TW"/>
        </w:rPr>
        <w:t>• 不限科系。具教育、科技、科學傳播相關背景，有 AI 工具實作經驗者尤佳</w:t>
      </w:r>
    </w:p>
    <w:p w14:paraId="538A88EE" w14:textId="77777777" w:rsidR="000A1D32" w:rsidRDefault="00000000">
      <w:pPr>
        <w:spacing w:before="220" w:after="80"/>
        <w:rPr>
          <w:lang w:eastAsia="zh-TW"/>
        </w:rPr>
      </w:pPr>
      <w:r>
        <w:rPr>
          <w:b/>
          <w:color w:val="C55A11"/>
          <w:sz w:val="25"/>
          <w:lang w:eastAsia="zh-TW"/>
        </w:rPr>
        <w:t>工作內容</w:t>
      </w:r>
    </w:p>
    <w:p w14:paraId="04B3F1C6" w14:textId="77777777" w:rsidR="000A1D32" w:rsidRDefault="00000000" w:rsidP="006537EF">
      <w:pPr>
        <w:spacing w:line="240" w:lineRule="auto"/>
        <w:ind w:left="460" w:hanging="318"/>
        <w:rPr>
          <w:lang w:eastAsia="zh-TW"/>
        </w:rPr>
      </w:pPr>
      <w:r>
        <w:rPr>
          <w:lang w:eastAsia="zh-TW"/>
        </w:rPr>
        <w:t xml:space="preserve">• </w:t>
      </w:r>
      <w:r>
        <w:rPr>
          <w:b/>
          <w:lang w:eastAsia="zh-TW"/>
        </w:rPr>
        <w:t>AI 教育推廣專案企畫與執行（40%）</w:t>
      </w:r>
      <w:r>
        <w:rPr>
          <w:lang w:eastAsia="zh-TW"/>
        </w:rPr>
        <w:t>：盤點 AI 對教學現場的影響與教師需求，規劃具啟發性的行動方案，包含培訓架構、教學應用案例、資源支持機制</w:t>
      </w:r>
    </w:p>
    <w:p w14:paraId="064EEE35" w14:textId="77777777" w:rsidR="000A1D32" w:rsidRDefault="00000000" w:rsidP="006537EF">
      <w:pPr>
        <w:spacing w:line="240" w:lineRule="auto"/>
        <w:ind w:left="460" w:hanging="318"/>
        <w:rPr>
          <w:lang w:eastAsia="zh-TW"/>
        </w:rPr>
      </w:pPr>
      <w:r>
        <w:rPr>
          <w:lang w:eastAsia="zh-TW"/>
        </w:rPr>
        <w:t xml:space="preserve">• </w:t>
      </w:r>
      <w:r>
        <w:rPr>
          <w:b/>
          <w:lang w:eastAsia="zh-TW"/>
        </w:rPr>
        <w:t>教師培訓與社群經營（30%）</w:t>
      </w:r>
      <w:r>
        <w:rPr>
          <w:lang w:eastAsia="zh-TW"/>
        </w:rPr>
        <w:t>：規劃並執行教師培訓與交流活動；與講師、專家共同開發課程內容；經營教師社群，累積並擴散實務經驗</w:t>
      </w:r>
    </w:p>
    <w:p w14:paraId="1D15205A" w14:textId="77777777" w:rsidR="000A1D32" w:rsidRDefault="00000000" w:rsidP="006537EF">
      <w:pPr>
        <w:spacing w:line="240" w:lineRule="auto"/>
        <w:ind w:left="460" w:hanging="318"/>
        <w:rPr>
          <w:lang w:eastAsia="zh-TW"/>
        </w:rPr>
      </w:pPr>
      <w:r>
        <w:rPr>
          <w:lang w:eastAsia="zh-TW"/>
        </w:rPr>
        <w:lastRenderedPageBreak/>
        <w:t xml:space="preserve">• </w:t>
      </w:r>
      <w:r>
        <w:rPr>
          <w:b/>
          <w:lang w:eastAsia="zh-TW"/>
        </w:rPr>
        <w:t>專案管理（20%）</w:t>
      </w:r>
      <w:r>
        <w:rPr>
          <w:lang w:eastAsia="zh-TW"/>
        </w:rPr>
        <w:t>：進度與成果效益驗證，獎補助案之審核、核銷與管理，影響力數據調查與追蹤</w:t>
      </w:r>
    </w:p>
    <w:p w14:paraId="4E86DFE8" w14:textId="77777777" w:rsidR="000A1D32" w:rsidRDefault="00000000" w:rsidP="006537EF">
      <w:pPr>
        <w:spacing w:line="240" w:lineRule="auto"/>
        <w:ind w:left="460" w:hanging="318"/>
        <w:rPr>
          <w:lang w:eastAsia="zh-TW"/>
        </w:rPr>
      </w:pPr>
      <w:r>
        <w:rPr>
          <w:lang w:eastAsia="zh-TW"/>
        </w:rPr>
        <w:t xml:space="preserve">• </w:t>
      </w:r>
      <w:r>
        <w:rPr>
          <w:b/>
          <w:lang w:eastAsia="zh-TW"/>
        </w:rPr>
        <w:t>溝通與擴散（10%）</w:t>
      </w:r>
      <w:r>
        <w:rPr>
          <w:lang w:eastAsia="zh-TW"/>
        </w:rPr>
        <w:t>：說明會、成果發表、線上資源釋出、官網與社群媒體內容</w:t>
      </w:r>
    </w:p>
    <w:p w14:paraId="27489E80" w14:textId="77777777" w:rsidR="000A1D32" w:rsidRDefault="00000000" w:rsidP="006537EF">
      <w:pPr>
        <w:spacing w:line="240" w:lineRule="auto"/>
        <w:ind w:left="460" w:hanging="318"/>
        <w:rPr>
          <w:lang w:eastAsia="zh-TW"/>
        </w:rPr>
      </w:pPr>
      <w:r>
        <w:rPr>
          <w:lang w:eastAsia="zh-TW"/>
        </w:rPr>
        <w:t>• 參與及協力本會各項影響力專案、支援行政會務</w:t>
      </w:r>
    </w:p>
    <w:p w14:paraId="27F55876" w14:textId="77777777" w:rsidR="000A1D32" w:rsidRDefault="00000000">
      <w:pPr>
        <w:spacing w:before="220" w:after="80"/>
        <w:rPr>
          <w:lang w:eastAsia="zh-TW"/>
        </w:rPr>
      </w:pPr>
      <w:r>
        <w:rPr>
          <w:b/>
          <w:color w:val="C55A11"/>
          <w:sz w:val="25"/>
          <w:lang w:eastAsia="zh-TW"/>
        </w:rPr>
        <w:t>工作說明</w:t>
      </w:r>
    </w:p>
    <w:p w14:paraId="0A4F770B" w14:textId="77777777" w:rsidR="000A1D32" w:rsidRDefault="00000000" w:rsidP="006537EF">
      <w:pPr>
        <w:spacing w:after="0"/>
        <w:rPr>
          <w:lang w:eastAsia="zh-TW"/>
        </w:rPr>
      </w:pPr>
      <w:r>
        <w:rPr>
          <w:lang w:eastAsia="zh-TW"/>
        </w:rPr>
        <w:t>這是一個整合企畫、組織與執行的專案管理工作，我們在尋找既能獨當一面，又具團隊精神的夥伴。</w:t>
      </w:r>
    </w:p>
    <w:p w14:paraId="2596A21C" w14:textId="77777777" w:rsidR="000A1D32" w:rsidRDefault="00000000" w:rsidP="006537EF">
      <w:pPr>
        <w:spacing w:after="0"/>
        <w:rPr>
          <w:lang w:eastAsia="zh-TW"/>
        </w:rPr>
      </w:pPr>
      <w:r>
        <w:rPr>
          <w:b/>
          <w:lang w:eastAsia="zh-TW"/>
        </w:rPr>
        <w:t>這份工作 = 30% 專案管理 + 25% 邏輯整合 + 25% 溝通論述 + 20% 創意洞見</w:t>
      </w:r>
    </w:p>
    <w:p w14:paraId="1ED5E018" w14:textId="77777777" w:rsidR="000A1D32" w:rsidRDefault="00000000">
      <w:pPr>
        <w:spacing w:before="220" w:after="80"/>
        <w:rPr>
          <w:lang w:eastAsia="zh-TW"/>
        </w:rPr>
      </w:pPr>
      <w:r>
        <w:rPr>
          <w:b/>
          <w:color w:val="C55A11"/>
          <w:sz w:val="25"/>
          <w:lang w:eastAsia="zh-TW"/>
        </w:rPr>
        <w:t>條件／特質</w:t>
      </w:r>
    </w:p>
    <w:p w14:paraId="46DA7856" w14:textId="77777777" w:rsidR="00EC0785" w:rsidRDefault="00000000" w:rsidP="00EC0785">
      <w:pPr>
        <w:pStyle w:val="ae"/>
        <w:numPr>
          <w:ilvl w:val="0"/>
          <w:numId w:val="10"/>
        </w:numPr>
        <w:spacing w:line="240" w:lineRule="auto"/>
        <w:rPr>
          <w:lang w:eastAsia="zh-TW"/>
        </w:rPr>
      </w:pPr>
      <w:r>
        <w:rPr>
          <w:lang w:eastAsia="zh-TW"/>
        </w:rPr>
        <w:t>對 AI 應用、科技教育、教學設計等領域有濃厚興趣，具相關背景知識或實作經驗者尤佳</w:t>
      </w:r>
      <w:r w:rsidR="00143BB9">
        <w:rPr>
          <w:rFonts w:hint="eastAsia"/>
          <w:lang w:eastAsia="zh-TW"/>
        </w:rPr>
        <w:t>。</w:t>
      </w:r>
    </w:p>
    <w:p w14:paraId="1583A421" w14:textId="77777777" w:rsidR="00EC0785" w:rsidRDefault="00000000" w:rsidP="00EC0785">
      <w:pPr>
        <w:pStyle w:val="ae"/>
        <w:numPr>
          <w:ilvl w:val="0"/>
          <w:numId w:val="10"/>
        </w:numPr>
        <w:spacing w:line="240" w:lineRule="auto"/>
        <w:rPr>
          <w:lang w:eastAsia="zh-TW"/>
        </w:rPr>
      </w:pPr>
      <w:r>
        <w:rPr>
          <w:lang w:eastAsia="zh-TW"/>
        </w:rPr>
        <w:t>對生成式 AI 的發展有持續關注與自主學習的習慣：日常會動手試用各類 AI 工具（如對話式 AI、AI 程式輔助工具／AI IDE、AI Agent、影音生成等），並能判斷其在教學情境中的可用性與限制</w:t>
      </w:r>
      <w:r w:rsidR="00143BB9">
        <w:rPr>
          <w:rFonts w:hint="eastAsia"/>
          <w:lang w:eastAsia="zh-TW"/>
        </w:rPr>
        <w:t>。</w:t>
      </w:r>
    </w:p>
    <w:p w14:paraId="4A2655E6" w14:textId="1B239C26" w:rsidR="00EC0785" w:rsidRDefault="00000000" w:rsidP="00EC0785">
      <w:pPr>
        <w:pStyle w:val="ae"/>
        <w:numPr>
          <w:ilvl w:val="0"/>
          <w:numId w:val="10"/>
        </w:numPr>
        <w:spacing w:line="240" w:lineRule="auto"/>
        <w:rPr>
          <w:lang w:eastAsia="zh-TW"/>
        </w:rPr>
      </w:pPr>
      <w:r>
        <w:rPr>
          <w:lang w:eastAsia="zh-TW"/>
        </w:rPr>
        <w:t>對 AI 導入教育現場的議題有自己的觀點，例如 AI 素養、AI 輔助學習與評量、學術誠信與倫理、教師角色的轉變等，並願意持續蒐集案例、形成</w:t>
      </w:r>
      <w:r w:rsidR="008D6C40">
        <w:rPr>
          <w:rFonts w:hint="eastAsia"/>
          <w:lang w:eastAsia="zh-TW"/>
        </w:rPr>
        <w:t>論述</w:t>
      </w:r>
      <w:r w:rsidR="00143BB9">
        <w:rPr>
          <w:rFonts w:hint="eastAsia"/>
          <w:lang w:eastAsia="zh-TW"/>
        </w:rPr>
        <w:t>。</w:t>
      </w:r>
    </w:p>
    <w:p w14:paraId="3A2A2508" w14:textId="77777777" w:rsidR="00EC0785" w:rsidRDefault="00EC0785" w:rsidP="00EC0785">
      <w:pPr>
        <w:pStyle w:val="ae"/>
        <w:numPr>
          <w:ilvl w:val="0"/>
          <w:numId w:val="10"/>
        </w:numPr>
        <w:spacing w:line="240" w:lineRule="auto"/>
        <w:rPr>
          <w:lang w:eastAsia="zh-TW"/>
        </w:rPr>
      </w:pPr>
      <w:r>
        <w:rPr>
          <w:lang w:eastAsia="zh-TW"/>
        </w:rPr>
        <w:t>邏輯清晰、具洞察力與策略思維，能將零散的現場資訊與數據，整合為可執行的行動方案</w:t>
      </w:r>
      <w:r>
        <w:rPr>
          <w:rFonts w:hint="eastAsia"/>
          <w:lang w:eastAsia="zh-TW"/>
        </w:rPr>
        <w:t>。</w:t>
      </w:r>
    </w:p>
    <w:p w14:paraId="1C8E309B" w14:textId="77777777" w:rsidR="00EC0785" w:rsidRDefault="00EF2497" w:rsidP="00EC0785">
      <w:pPr>
        <w:pStyle w:val="ae"/>
        <w:numPr>
          <w:ilvl w:val="0"/>
          <w:numId w:val="10"/>
        </w:numPr>
        <w:spacing w:line="240" w:lineRule="auto"/>
        <w:rPr>
          <w:lang w:eastAsia="zh-TW"/>
        </w:rPr>
      </w:pPr>
      <w:r>
        <w:rPr>
          <w:rFonts w:hint="eastAsia"/>
          <w:lang w:eastAsia="zh-TW"/>
        </w:rPr>
        <w:t>不</w:t>
      </w:r>
      <w:r>
        <w:rPr>
          <w:lang w:eastAsia="zh-TW"/>
        </w:rPr>
        <w:t>需工程背景，但需不怕技術</w:t>
      </w:r>
      <w:r>
        <w:rPr>
          <w:rFonts w:hint="eastAsia"/>
          <w:lang w:eastAsia="zh-TW"/>
        </w:rPr>
        <w:t>。</w:t>
      </w:r>
    </w:p>
    <w:p w14:paraId="36B5DEBE" w14:textId="77777777" w:rsidR="00EC0785" w:rsidRDefault="00000000" w:rsidP="00EC0785">
      <w:pPr>
        <w:pStyle w:val="ae"/>
        <w:numPr>
          <w:ilvl w:val="0"/>
          <w:numId w:val="10"/>
        </w:numPr>
        <w:spacing w:line="240" w:lineRule="auto"/>
        <w:rPr>
          <w:lang w:eastAsia="zh-TW"/>
        </w:rPr>
      </w:pPr>
      <w:r>
        <w:rPr>
          <w:lang w:eastAsia="zh-TW"/>
        </w:rPr>
        <w:t>對STE</w:t>
      </w:r>
      <w:r w:rsidR="00EC0785">
        <w:rPr>
          <w:rFonts w:hint="eastAsia"/>
          <w:lang w:eastAsia="zh-TW"/>
        </w:rPr>
        <w:t>M/</w:t>
      </w:r>
      <w:r>
        <w:rPr>
          <w:lang w:eastAsia="zh-TW"/>
        </w:rPr>
        <w:t>科技教育與</w:t>
      </w:r>
      <w:r w:rsidR="00EC0785">
        <w:rPr>
          <w:rFonts w:hint="eastAsia"/>
          <w:lang w:eastAsia="zh-TW"/>
        </w:rPr>
        <w:t>非營利組織</w:t>
      </w:r>
      <w:r>
        <w:rPr>
          <w:lang w:eastAsia="zh-TW"/>
        </w:rPr>
        <w:t>有期待，理解教育現場的限制與節奏，對發揮社會影響力有熱情</w:t>
      </w:r>
      <w:r w:rsidR="00EF2497">
        <w:rPr>
          <w:rFonts w:hint="eastAsia"/>
          <w:lang w:eastAsia="zh-TW"/>
        </w:rPr>
        <w:t>。</w:t>
      </w:r>
    </w:p>
    <w:p w14:paraId="3B024DF0" w14:textId="77777777" w:rsidR="00EC0785" w:rsidRDefault="00000000" w:rsidP="00EC0785">
      <w:pPr>
        <w:pStyle w:val="ae"/>
        <w:numPr>
          <w:ilvl w:val="0"/>
          <w:numId w:val="10"/>
        </w:numPr>
        <w:spacing w:line="240" w:lineRule="auto"/>
        <w:rPr>
          <w:lang w:eastAsia="zh-TW"/>
        </w:rPr>
      </w:pPr>
      <w:r>
        <w:rPr>
          <w:lang w:eastAsia="zh-TW"/>
        </w:rPr>
        <w:t>喜歡溝通，樂於與第一線教師、外部講師與內部夥伴頻繁互動，能跨單位協調、對外論述，同時具備團隊精神，願意彼此給予回饋與激盪</w:t>
      </w:r>
      <w:r w:rsidR="00EF2497">
        <w:rPr>
          <w:rFonts w:hint="eastAsia"/>
          <w:lang w:eastAsia="zh-TW"/>
        </w:rPr>
        <w:t>。</w:t>
      </w:r>
    </w:p>
    <w:p w14:paraId="1C030A49" w14:textId="55BAC9A6" w:rsidR="000A1D32" w:rsidRDefault="00000000" w:rsidP="00EC0785">
      <w:pPr>
        <w:pStyle w:val="ae"/>
        <w:numPr>
          <w:ilvl w:val="0"/>
          <w:numId w:val="10"/>
        </w:numPr>
        <w:spacing w:line="240" w:lineRule="auto"/>
        <w:rPr>
          <w:lang w:eastAsia="zh-TW"/>
        </w:rPr>
      </w:pPr>
      <w:r>
        <w:rPr>
          <w:lang w:eastAsia="zh-TW"/>
        </w:rPr>
        <w:t>主動積極，能獨立完成任務；</w:t>
      </w:r>
      <w:r w:rsidR="00EC0785">
        <w:rPr>
          <w:rFonts w:hint="eastAsia"/>
          <w:lang w:eastAsia="zh-TW"/>
        </w:rPr>
        <w:t>細心</w:t>
      </w:r>
      <w:r>
        <w:rPr>
          <w:lang w:eastAsia="zh-TW"/>
        </w:rPr>
        <w:t>、重視品質</w:t>
      </w:r>
      <w:r w:rsidR="00EF2497">
        <w:rPr>
          <w:rFonts w:hint="eastAsia"/>
          <w:lang w:eastAsia="zh-TW"/>
        </w:rPr>
        <w:t>。</w:t>
      </w:r>
    </w:p>
    <w:p w14:paraId="3BAE5295" w14:textId="77777777" w:rsidR="000A1D32" w:rsidRDefault="00000000" w:rsidP="00EF2497">
      <w:pPr>
        <w:spacing w:before="220" w:after="0"/>
        <w:rPr>
          <w:lang w:eastAsia="zh-TW"/>
        </w:rPr>
      </w:pPr>
      <w:r>
        <w:rPr>
          <w:b/>
          <w:color w:val="C55A11"/>
          <w:sz w:val="25"/>
          <w:lang w:eastAsia="zh-TW"/>
        </w:rPr>
        <w:t>工作地點</w:t>
      </w:r>
    </w:p>
    <w:p w14:paraId="29A30395" w14:textId="4BC727A9" w:rsidR="000A1D32" w:rsidRDefault="00000000" w:rsidP="00EF2497">
      <w:pPr>
        <w:spacing w:after="0"/>
        <w:rPr>
          <w:lang w:eastAsia="zh-TW"/>
        </w:rPr>
      </w:pPr>
      <w:r>
        <w:rPr>
          <w:lang w:eastAsia="zh-TW"/>
        </w:rPr>
        <w:t>國立台灣大學</w:t>
      </w:r>
      <w:r w:rsidR="00DE05A5">
        <w:rPr>
          <w:rFonts w:hint="eastAsia"/>
          <w:lang w:eastAsia="zh-TW"/>
        </w:rPr>
        <w:t xml:space="preserve"> </w:t>
      </w:r>
      <w:r>
        <w:rPr>
          <w:lang w:eastAsia="zh-TW"/>
        </w:rPr>
        <w:t>學新館，需出差</w:t>
      </w:r>
    </w:p>
    <w:p w14:paraId="6DCD42B8" w14:textId="77777777" w:rsidR="000A1D32" w:rsidRDefault="00000000" w:rsidP="00EF2497">
      <w:pPr>
        <w:spacing w:after="0"/>
        <w:rPr>
          <w:lang w:eastAsia="zh-TW"/>
        </w:rPr>
      </w:pPr>
      <w:r>
        <w:rPr>
          <w:b/>
          <w:color w:val="C55A11"/>
          <w:sz w:val="25"/>
          <w:lang w:eastAsia="zh-TW"/>
        </w:rPr>
        <w:t>到職時間</w:t>
      </w:r>
    </w:p>
    <w:p w14:paraId="768573A4" w14:textId="77777777" w:rsidR="000A1D32" w:rsidRDefault="00000000" w:rsidP="00EF2497">
      <w:pPr>
        <w:spacing w:after="0"/>
        <w:rPr>
          <w:lang w:eastAsia="zh-TW"/>
        </w:rPr>
      </w:pPr>
      <w:r>
        <w:rPr>
          <w:lang w:eastAsia="zh-TW"/>
        </w:rPr>
        <w:t>依雙方討論彈性調整，先到先審</w:t>
      </w:r>
    </w:p>
    <w:p w14:paraId="78B262DF" w14:textId="77777777" w:rsidR="000A1D32" w:rsidRDefault="00000000" w:rsidP="00EF2497">
      <w:pPr>
        <w:spacing w:after="0"/>
        <w:rPr>
          <w:lang w:eastAsia="zh-TW"/>
        </w:rPr>
      </w:pPr>
      <w:r>
        <w:rPr>
          <w:b/>
          <w:color w:val="C55A11"/>
          <w:sz w:val="25"/>
          <w:lang w:eastAsia="zh-TW"/>
        </w:rPr>
        <w:t>薪資</w:t>
      </w:r>
    </w:p>
    <w:p w14:paraId="6E87EE6F" w14:textId="77777777" w:rsidR="000A1D32" w:rsidRDefault="00000000" w:rsidP="00EF2497">
      <w:pPr>
        <w:spacing w:after="0"/>
        <w:rPr>
          <w:lang w:eastAsia="zh-TW"/>
        </w:rPr>
      </w:pPr>
      <w:r>
        <w:rPr>
          <w:lang w:eastAsia="zh-TW"/>
        </w:rPr>
        <w:t>面議</w:t>
      </w:r>
    </w:p>
    <w:p w14:paraId="6FD3080A" w14:textId="77777777" w:rsidR="000A1D32" w:rsidRDefault="00000000" w:rsidP="00EF2497">
      <w:pPr>
        <w:spacing w:after="0"/>
        <w:rPr>
          <w:lang w:eastAsia="zh-TW"/>
        </w:rPr>
      </w:pPr>
      <w:r>
        <w:rPr>
          <w:b/>
          <w:color w:val="C55A11"/>
          <w:sz w:val="25"/>
          <w:lang w:eastAsia="zh-TW"/>
        </w:rPr>
        <w:t>應徵方式</w:t>
      </w:r>
    </w:p>
    <w:p w14:paraId="0DE8613F" w14:textId="77777777" w:rsidR="000A1D32" w:rsidRDefault="00000000" w:rsidP="00EF2497">
      <w:pPr>
        <w:spacing w:after="0"/>
        <w:rPr>
          <w:lang w:eastAsia="zh-TW"/>
        </w:rPr>
      </w:pPr>
      <w:r>
        <w:rPr>
          <w:lang w:eastAsia="zh-TW"/>
        </w:rPr>
        <w:t>提供文件：履歷含自傳，及其他有助於我們認識你的資料。</w:t>
      </w:r>
    </w:p>
    <w:p w14:paraId="7442FB58" w14:textId="23B92FA9" w:rsidR="00EF2497" w:rsidRDefault="00000000" w:rsidP="00EF2497">
      <w:pPr>
        <w:spacing w:after="0"/>
        <w:rPr>
          <w:lang w:eastAsia="zh-TW"/>
        </w:rPr>
      </w:pPr>
      <w:r>
        <w:rPr>
          <w:lang w:eastAsia="zh-TW"/>
        </w:rPr>
        <w:t xml:space="preserve">email 方式投件，請寄 </w:t>
      </w:r>
      <w:hyperlink r:id="rId9" w:history="1">
        <w:r w:rsidR="00EF2497" w:rsidRPr="00B05421">
          <w:rPr>
            <w:rStyle w:val="affa"/>
            <w:b/>
            <w:lang w:eastAsia="zh-TW"/>
          </w:rPr>
          <w:t>cynthia-hh.feng@mediatek.com</w:t>
        </w:r>
      </w:hyperlink>
      <w:r>
        <w:rPr>
          <w:lang w:eastAsia="zh-TW"/>
        </w:rPr>
        <w:t>，</w:t>
      </w:r>
    </w:p>
    <w:p w14:paraId="42354E32" w14:textId="77777777" w:rsidR="00DE05A5" w:rsidRDefault="00DE05A5" w:rsidP="00EF2497">
      <w:pPr>
        <w:spacing w:after="0"/>
        <w:rPr>
          <w:lang w:eastAsia="zh-TW"/>
        </w:rPr>
      </w:pPr>
    </w:p>
    <w:p w14:paraId="26E759DF" w14:textId="71AA9CC6" w:rsidR="000A1D32" w:rsidRDefault="00EF2497" w:rsidP="00EF2497">
      <w:pPr>
        <w:spacing w:after="0"/>
        <w:rPr>
          <w:lang w:eastAsia="zh-TW"/>
        </w:rPr>
      </w:pPr>
      <w:r>
        <w:rPr>
          <w:rFonts w:hint="eastAsia"/>
          <w:lang w:eastAsia="zh-TW"/>
        </w:rPr>
        <w:lastRenderedPageBreak/>
        <w:t>非必要，但歡迎</w:t>
      </w:r>
      <w:r>
        <w:rPr>
          <w:lang w:eastAsia="zh-TW"/>
        </w:rPr>
        <w:t>於來信中</w:t>
      </w:r>
      <w:r>
        <w:rPr>
          <w:rFonts w:hint="eastAsia"/>
          <w:lang w:eastAsia="zh-TW"/>
        </w:rPr>
        <w:t>與我們分享</w:t>
      </w:r>
      <w:r>
        <w:rPr>
          <w:lang w:eastAsia="zh-TW"/>
        </w:rPr>
        <w:t xml:space="preserve">以下兩個問題（每題請以 </w:t>
      </w:r>
      <w:r w:rsidR="00DE05A5">
        <w:rPr>
          <w:rFonts w:hint="eastAsia"/>
          <w:lang w:eastAsia="zh-TW"/>
        </w:rPr>
        <w:t>100-300</w:t>
      </w:r>
      <w:r>
        <w:rPr>
          <w:lang w:eastAsia="zh-TW"/>
        </w:rPr>
        <w:t xml:space="preserve"> 字簡要說明）</w:t>
      </w:r>
      <w:r w:rsidR="00C22C32">
        <w:rPr>
          <w:rFonts w:hint="eastAsia"/>
          <w:lang w:eastAsia="zh-TW"/>
        </w:rPr>
        <w:t>。可以AI輔助作答，但請確保能展現您獨到的經驗與觀點。</w:t>
      </w:r>
    </w:p>
    <w:p w14:paraId="146F8B64" w14:textId="77777777" w:rsidR="000A1D32" w:rsidRDefault="00000000" w:rsidP="00EF2497">
      <w:pPr>
        <w:spacing w:after="0"/>
        <w:ind w:left="461" w:hanging="317"/>
        <w:rPr>
          <w:lang w:eastAsia="zh-TW"/>
        </w:rPr>
      </w:pPr>
      <w:r>
        <w:rPr>
          <w:lang w:eastAsia="zh-TW"/>
        </w:rPr>
        <w:t>1. 請說明為何您認為能勝任這個職務，對應到您的個人特質為何？</w:t>
      </w:r>
    </w:p>
    <w:p w14:paraId="16434AD4" w14:textId="77777777" w:rsidR="000A1D32" w:rsidRDefault="00000000" w:rsidP="00EF2497">
      <w:pPr>
        <w:spacing w:after="0"/>
        <w:ind w:left="461" w:hanging="317"/>
        <w:rPr>
          <w:lang w:eastAsia="zh-TW"/>
        </w:rPr>
      </w:pPr>
      <w:r>
        <w:rPr>
          <w:lang w:eastAsia="zh-TW"/>
        </w:rPr>
        <w:t>2. 若要協助中小學教師把 AI 帶進課堂，您認為最主要的困難是什麼？您會從哪裡切入？</w:t>
      </w:r>
    </w:p>
    <w:sectPr w:rsidR="000A1D32" w:rsidSect="00EC0785">
      <w:pgSz w:w="12240" w:h="15840"/>
      <w:pgMar w:top="862" w:right="1134" w:bottom="86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C557F" w14:textId="77777777" w:rsidR="00F672D2" w:rsidRDefault="00F672D2" w:rsidP="00EC0785">
      <w:pPr>
        <w:spacing w:after="0" w:line="240" w:lineRule="auto"/>
      </w:pPr>
      <w:r>
        <w:separator/>
      </w:r>
    </w:p>
  </w:endnote>
  <w:endnote w:type="continuationSeparator" w:id="0">
    <w:p w14:paraId="49D195C7" w14:textId="77777777" w:rsidR="00F672D2" w:rsidRDefault="00F672D2" w:rsidP="00EC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B5FC2" w14:textId="77777777" w:rsidR="00F672D2" w:rsidRDefault="00F672D2" w:rsidP="00EC0785">
      <w:pPr>
        <w:spacing w:after="0" w:line="240" w:lineRule="auto"/>
      </w:pPr>
      <w:r>
        <w:separator/>
      </w:r>
    </w:p>
  </w:footnote>
  <w:footnote w:type="continuationSeparator" w:id="0">
    <w:p w14:paraId="59BD304D" w14:textId="77777777" w:rsidR="00F672D2" w:rsidRDefault="00F672D2" w:rsidP="00EC0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55355"/>
    <w:multiLevelType w:val="hybridMultilevel"/>
    <w:tmpl w:val="72B0365C"/>
    <w:lvl w:ilvl="0" w:tplc="6EEA8BE0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45371536">
    <w:abstractNumId w:val="8"/>
  </w:num>
  <w:num w:numId="2" w16cid:durableId="19354915">
    <w:abstractNumId w:val="6"/>
  </w:num>
  <w:num w:numId="3" w16cid:durableId="377434163">
    <w:abstractNumId w:val="5"/>
  </w:num>
  <w:num w:numId="4" w16cid:durableId="1401295757">
    <w:abstractNumId w:val="4"/>
  </w:num>
  <w:num w:numId="5" w16cid:durableId="809907086">
    <w:abstractNumId w:val="7"/>
  </w:num>
  <w:num w:numId="6" w16cid:durableId="1238131540">
    <w:abstractNumId w:val="3"/>
  </w:num>
  <w:num w:numId="7" w16cid:durableId="1220897674">
    <w:abstractNumId w:val="2"/>
  </w:num>
  <w:num w:numId="8" w16cid:durableId="1091774265">
    <w:abstractNumId w:val="1"/>
  </w:num>
  <w:num w:numId="9" w16cid:durableId="72239386">
    <w:abstractNumId w:val="0"/>
  </w:num>
  <w:num w:numId="10" w16cid:durableId="14274633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1D32"/>
    <w:rsid w:val="00143BB9"/>
    <w:rsid w:val="0015074B"/>
    <w:rsid w:val="0029639D"/>
    <w:rsid w:val="00326F90"/>
    <w:rsid w:val="00352A0C"/>
    <w:rsid w:val="003E4057"/>
    <w:rsid w:val="005B7395"/>
    <w:rsid w:val="0060681D"/>
    <w:rsid w:val="006537EF"/>
    <w:rsid w:val="007062F1"/>
    <w:rsid w:val="008D6C40"/>
    <w:rsid w:val="00926A08"/>
    <w:rsid w:val="00A57292"/>
    <w:rsid w:val="00AA1D8D"/>
    <w:rsid w:val="00B47730"/>
    <w:rsid w:val="00C22C32"/>
    <w:rsid w:val="00CB0664"/>
    <w:rsid w:val="00DB64F8"/>
    <w:rsid w:val="00DE05A5"/>
    <w:rsid w:val="00EC0785"/>
    <w:rsid w:val="00EF2497"/>
    <w:rsid w:val="00F672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5D1078"/>
  <w14:defaultImageDpi w14:val="300"/>
  <w15:docId w15:val="{23C38690-AEF4-4303-B694-936C0299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312" w:lineRule="auto"/>
    </w:pPr>
    <w:rPr>
      <w:rFonts w:ascii="Microsoft JhengHei" w:eastAsia="Microsoft JhengHei" w:hAnsi="Microsoft JhengHei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EF2497"/>
    <w:rPr>
      <w:color w:val="0000FF" w:themeColor="hyperlink"/>
      <w:u w:val="single"/>
    </w:rPr>
  </w:style>
  <w:style w:type="character" w:styleId="affb">
    <w:name w:val="Unresolved Mention"/>
    <w:basedOn w:val="a2"/>
    <w:uiPriority w:val="99"/>
    <w:semiHidden/>
    <w:unhideWhenUsed/>
    <w:rsid w:val="00EF2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ynthia-hh.feng@mediate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ed6205-6656-4f4d-b9c0-42e8e45d18d2}" enabled="1" method="Privileged" siteId="{a7687ede-7a6b-4ef6-bace-642f677fbe3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Cynthia-HH Feng (馮心樺)</cp:lastModifiedBy>
  <cp:revision>7</cp:revision>
  <dcterms:created xsi:type="dcterms:W3CDTF">2026-07-28T03:09:00Z</dcterms:created>
  <dcterms:modified xsi:type="dcterms:W3CDTF">2026-08-19T04:24:00Z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ed6205-6656-4f4d-b9c0-42e8e45d18d2_Enabled">
    <vt:lpwstr>true</vt:lpwstr>
  </property>
  <property fmtid="{D5CDD505-2E9C-101B-9397-08002B2CF9AE}" pid="3" name="MSIP_Label_fded6205-6656-4f4d-b9c0-42e8e45d18d2_SetDate">
    <vt:lpwstr>2026-07-28T03:05:41Z</vt:lpwstr>
  </property>
  <property fmtid="{D5CDD505-2E9C-101B-9397-08002B2CF9AE}" pid="4" name="MSIP_Label_fded6205-6656-4f4d-b9c0-42e8e45d18d2_Method">
    <vt:lpwstr>Standard</vt:lpwstr>
  </property>
  <property fmtid="{D5CDD505-2E9C-101B-9397-08002B2CF9AE}" pid="5" name="MSIP_Label_fded6205-6656-4f4d-b9c0-42e8e45d18d2_Name">
    <vt:lpwstr>MTK_Unclassified_Normal_AllowAI</vt:lpwstr>
  </property>
  <property fmtid="{D5CDD505-2E9C-101B-9397-08002B2CF9AE}" pid="6" name="MSIP_Label_fded6205-6656-4f4d-b9c0-42e8e45d18d2_SiteId">
    <vt:lpwstr>a7687ede-7a6b-4ef6-bace-642f677fbe31</vt:lpwstr>
  </property>
  <property fmtid="{D5CDD505-2E9C-101B-9397-08002B2CF9AE}" pid="7" name="MSIP_Label_fded6205-6656-4f4d-b9c0-42e8e45d18d2_ActionId">
    <vt:lpwstr>aa0ce024-27d8-4169-8a82-6f51ff6de9e3</vt:lpwstr>
  </property>
  <property fmtid="{D5CDD505-2E9C-101B-9397-08002B2CF9AE}" pid="8" name="MSIP_Label_fded6205-6656-4f4d-b9c0-42e8e45d18d2_ContentBits">
    <vt:lpwstr>0</vt:lpwstr>
  </property>
</Properties>
</file>